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3"/>
        <w:gridCol w:w="4703"/>
      </w:tblGrid>
      <w:tr w:rsidR="00C40985">
        <w:trPr>
          <w:jc w:val="center"/>
        </w:trPr>
        <w:tc>
          <w:tcPr>
            <w:tcW w:w="47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40985" w:rsidRDefault="00034B58">
            <w:r>
              <w:t>Imię i nazwisko rodzica lub opiekuna prawnego</w:t>
            </w:r>
            <w:r>
              <w:br/>
            </w:r>
            <w:r>
              <w:br/>
              <w:t>........................................</w:t>
            </w:r>
            <w:r>
              <w:br/>
            </w:r>
            <w:r>
              <w:br/>
              <w:t>Adres</w:t>
            </w:r>
            <w:r>
              <w:br/>
            </w:r>
            <w:r>
              <w:br/>
              <w:t>........................................</w:t>
            </w:r>
          </w:p>
        </w:tc>
        <w:tc>
          <w:tcPr>
            <w:tcW w:w="47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40985" w:rsidRDefault="00034B58">
            <w:pPr>
              <w:jc w:val="center"/>
            </w:pPr>
            <w:r>
              <w:t>Miejscowość i data</w:t>
            </w:r>
            <w:r>
              <w:br/>
            </w:r>
            <w:r>
              <w:br/>
              <w:t>........................................</w:t>
            </w:r>
          </w:p>
        </w:tc>
      </w:tr>
    </w:tbl>
    <w:p w:rsidR="001E57C5" w:rsidRDefault="001E57C5" w:rsidP="001E57C5">
      <w:pPr>
        <w:spacing w:after="0" w:line="240" w:lineRule="auto"/>
        <w:jc w:val="center"/>
      </w:pPr>
      <w:r>
        <w:t xml:space="preserve">                                               </w:t>
      </w:r>
    </w:p>
    <w:p w:rsidR="001E57C5" w:rsidRDefault="001E57C5" w:rsidP="001E57C5">
      <w:pPr>
        <w:spacing w:after="0" w:line="240" w:lineRule="auto"/>
        <w:jc w:val="center"/>
      </w:pPr>
      <w:r>
        <w:t xml:space="preserve">                                              </w:t>
      </w:r>
      <w:proofErr w:type="spellStart"/>
      <w:r>
        <w:t>Dyrektor</w:t>
      </w:r>
      <w:proofErr w:type="spellEnd"/>
      <w:r>
        <w:br/>
        <w:t xml:space="preserve">                                                                        </w:t>
      </w:r>
      <w:proofErr w:type="spellStart"/>
      <w:r>
        <w:t>Młodzieżowego</w:t>
      </w:r>
      <w:proofErr w:type="spellEnd"/>
      <w:r>
        <w:t xml:space="preserve"> </w:t>
      </w:r>
      <w:proofErr w:type="spellStart"/>
      <w:r>
        <w:t>Ośrodka</w:t>
      </w:r>
      <w:proofErr w:type="spellEnd"/>
      <w:r>
        <w:t xml:space="preserve"> </w:t>
      </w:r>
    </w:p>
    <w:p w:rsidR="001E57C5" w:rsidRDefault="001E57C5" w:rsidP="001E57C5">
      <w:pPr>
        <w:spacing w:after="0" w:line="240" w:lineRule="auto"/>
        <w:jc w:val="center"/>
      </w:pPr>
      <w:r>
        <w:t xml:space="preserve">                                                                               </w:t>
      </w:r>
      <w:proofErr w:type="spellStart"/>
      <w:r>
        <w:t>Socjoterapii</w:t>
      </w:r>
      <w:proofErr w:type="spellEnd"/>
      <w:r>
        <w:t xml:space="preserve"> w </w:t>
      </w:r>
      <w:proofErr w:type="spellStart"/>
      <w:r>
        <w:t>Bielsku-Białej</w:t>
      </w:r>
      <w:proofErr w:type="spellEnd"/>
    </w:p>
    <w:p w:rsidR="001E57C5" w:rsidRDefault="001E57C5" w:rsidP="001E57C5">
      <w:pPr>
        <w:spacing w:before="440"/>
        <w:jc w:val="right"/>
      </w:pPr>
    </w:p>
    <w:p w:rsidR="00C40985" w:rsidRDefault="00034B58">
      <w:pPr>
        <w:spacing w:before="360" w:after="520"/>
        <w:jc w:val="center"/>
      </w:pPr>
      <w:r>
        <w:rPr>
          <w:b/>
          <w:sz w:val="26"/>
        </w:rPr>
        <w:t>Rezygnacja z udziału w zajęciach „Edukacja zdrowotna – zdrowie seksualne”</w:t>
      </w:r>
    </w:p>
    <w:p w:rsidR="00C40985" w:rsidRDefault="001E57C5">
      <w:pPr>
        <w:spacing w:after="240"/>
      </w:pPr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 w:rsidR="00034B58">
        <w:t>mój</w:t>
      </w:r>
      <w:proofErr w:type="spellEnd"/>
      <w:r w:rsidR="00034B58">
        <w:t xml:space="preserve"> </w:t>
      </w:r>
      <w:proofErr w:type="spellStart"/>
      <w:r w:rsidR="00034B58">
        <w:t>syn</w:t>
      </w:r>
      <w:proofErr w:type="spellEnd"/>
    </w:p>
    <w:p w:rsidR="00C40985" w:rsidRDefault="00034B58" w:rsidP="001E57C5">
      <w:r>
        <w:t>.......................................................</w:t>
      </w:r>
      <w:r w:rsidR="001E57C5">
        <w:t>..........</w:t>
      </w:r>
      <w:r>
        <w:t xml:space="preserve">uczeń </w:t>
      </w:r>
      <w:proofErr w:type="spellStart"/>
      <w:r>
        <w:t>klasy</w:t>
      </w:r>
      <w:proofErr w:type="spellEnd"/>
      <w:r>
        <w:t xml:space="preserve"> ............ w roku szkolnym ............................</w:t>
      </w:r>
    </w:p>
    <w:p w:rsidR="00C40985" w:rsidRDefault="00034B58">
      <w:pPr>
        <w:jc w:val="both"/>
      </w:pPr>
      <w:r>
        <w:t>nie będzie uczestniczyć w zajęciach „Edukacja zdrowotna - zdrowie seksualne”, obejmujących treści dotyczące wiedzy o życiu seksualnym. Niniejszą</w:t>
      </w:r>
      <w:r>
        <w:t xml:space="preserve"> rezygnację składam na podstawie § 5 ust. 1 rozporządzenia Ministra Edukacji z dnia 17 lipca 2026 r. (Dz. U. z 2026 r. poz. 966). Rezygnacja dotyczy zajęć, o których mowa w § 1 ust. 2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rozporz</w:t>
      </w:r>
      <w:bookmarkStart w:id="0" w:name="_GoBack"/>
      <w:bookmarkEnd w:id="0"/>
      <w:r>
        <w:t>ądzenia</w:t>
      </w:r>
      <w:proofErr w:type="spellEnd"/>
      <w:r>
        <w:t>.</w:t>
      </w:r>
    </w:p>
    <w:p w:rsidR="001E57C5" w:rsidRDefault="001E57C5">
      <w:pPr>
        <w:jc w:val="both"/>
      </w:pPr>
    </w:p>
    <w:p w:rsidR="001E57C5" w:rsidRDefault="001E57C5">
      <w:pPr>
        <w:jc w:val="both"/>
      </w:pPr>
    </w:p>
    <w:p w:rsidR="00C40985" w:rsidRDefault="00034B58">
      <w:pPr>
        <w:spacing w:before="760"/>
        <w:jc w:val="right"/>
      </w:pPr>
      <w:r>
        <w:t>........................................</w:t>
      </w:r>
      <w:r>
        <w:br/>
        <w:t>Data i pod</w:t>
      </w:r>
      <w:r>
        <w:t>pis rodzica / opiekuna prawnego</w:t>
      </w:r>
    </w:p>
    <w:sectPr w:rsidR="00C40985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34B58"/>
    <w:rsid w:val="0006063C"/>
    <w:rsid w:val="0015074B"/>
    <w:rsid w:val="001E57C5"/>
    <w:rsid w:val="0029639D"/>
    <w:rsid w:val="00326F90"/>
    <w:rsid w:val="00AA1D8D"/>
    <w:rsid w:val="00B47730"/>
    <w:rsid w:val="00C4098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EC768D"/>
  <w14:defaultImageDpi w14:val="300"/>
  <w15:docId w15:val="{CCB9F5B0-620A-4F3C-ADA8-E05BBA19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34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B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BCC6C3-1D12-4579-B230-FA043805D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Bohdan Klimaszewski</cp:lastModifiedBy>
  <cp:revision>2</cp:revision>
  <cp:lastPrinted>2026-08-25T07:45:00Z</cp:lastPrinted>
  <dcterms:created xsi:type="dcterms:W3CDTF">2026-08-25T07:46:00Z</dcterms:created>
  <dcterms:modified xsi:type="dcterms:W3CDTF">2026-08-25T07:46:00Z</dcterms:modified>
  <cp:category/>
</cp:coreProperties>
</file>